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ACE40" w14:textId="77777777" w:rsidR="005714F9" w:rsidRPr="002205E2" w:rsidRDefault="00000000">
      <w:pPr>
        <w:pStyle w:val="Heading1"/>
        <w:jc w:val="center"/>
        <w:rPr>
          <w:color w:val="000000" w:themeColor="text1"/>
        </w:rPr>
      </w:pPr>
      <w:r w:rsidRPr="002205E2">
        <w:rPr>
          <w:color w:val="000000" w:themeColor="text1"/>
        </w:rPr>
        <w:t>DANIŞAN BİLGİ FORMU</w:t>
      </w:r>
    </w:p>
    <w:p w14:paraId="6A5CCFC2" w14:textId="059B246A" w:rsidR="002205E2" w:rsidRPr="002205E2" w:rsidRDefault="00000000" w:rsidP="002205E2">
      <w:pPr>
        <w:jc w:val="center"/>
        <w:rPr>
          <w:color w:val="000000" w:themeColor="text1"/>
        </w:rPr>
      </w:pPr>
      <w:proofErr w:type="spellStart"/>
      <w:r w:rsidRPr="002205E2">
        <w:rPr>
          <w:color w:val="000000" w:themeColor="text1"/>
        </w:rPr>
        <w:t>Diyetisyen</w:t>
      </w:r>
      <w:proofErr w:type="spellEnd"/>
      <w:r w:rsidRPr="002205E2">
        <w:rPr>
          <w:color w:val="000000" w:themeColor="text1"/>
        </w:rPr>
        <w:t xml:space="preserve"> Pınar Öner</w:t>
      </w:r>
    </w:p>
    <w:p w14:paraId="4998F2E2" w14:textId="77777777" w:rsidR="005714F9" w:rsidRPr="002205E2" w:rsidRDefault="00000000">
      <w:pPr>
        <w:pStyle w:val="Heading2"/>
        <w:rPr>
          <w:color w:val="000000" w:themeColor="text1"/>
        </w:rPr>
      </w:pPr>
      <w:proofErr w:type="spellStart"/>
      <w:r w:rsidRPr="002205E2">
        <w:rPr>
          <w:color w:val="000000" w:themeColor="text1"/>
        </w:rPr>
        <w:t>Kişisel</w:t>
      </w:r>
      <w:proofErr w:type="spellEnd"/>
      <w:r w:rsidRPr="002205E2">
        <w:rPr>
          <w:color w:val="000000" w:themeColor="text1"/>
        </w:rPr>
        <w:t xml:space="preserve"> Bilgiler</w:t>
      </w:r>
    </w:p>
    <w:p w14:paraId="02F31F7B" w14:textId="77777777" w:rsidR="00AD64DC" w:rsidRPr="002205E2" w:rsidRDefault="00AD64DC" w:rsidP="00AD64DC">
      <w:pPr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2205E2" w:rsidRPr="002205E2" w14:paraId="2A4D40A8" w14:textId="77777777">
        <w:tc>
          <w:tcPr>
            <w:tcW w:w="8640" w:type="dxa"/>
          </w:tcPr>
          <w:p w14:paraId="0BAA961B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t>1. Adınız ve Soyadınız</w:t>
            </w:r>
          </w:p>
        </w:tc>
      </w:tr>
      <w:tr w:rsidR="00000000" w:rsidRPr="002205E2" w14:paraId="1B902D46" w14:textId="77777777">
        <w:tc>
          <w:tcPr>
            <w:tcW w:w="8640" w:type="dxa"/>
          </w:tcPr>
          <w:p w14:paraId="70B6455E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br/>
            </w:r>
            <w:r w:rsidRPr="002205E2">
              <w:rPr>
                <w:color w:val="000000" w:themeColor="text1"/>
              </w:rPr>
              <w:br/>
            </w:r>
          </w:p>
        </w:tc>
      </w:tr>
    </w:tbl>
    <w:p w14:paraId="05258F28" w14:textId="77777777" w:rsidR="005714F9" w:rsidRPr="002205E2" w:rsidRDefault="005714F9">
      <w:pPr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2205E2" w:rsidRPr="002205E2" w14:paraId="2A771061" w14:textId="77777777">
        <w:tc>
          <w:tcPr>
            <w:tcW w:w="8640" w:type="dxa"/>
          </w:tcPr>
          <w:p w14:paraId="0CF191E7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t>2. Cinsiyet</w:t>
            </w:r>
          </w:p>
        </w:tc>
      </w:tr>
      <w:tr w:rsidR="00000000" w:rsidRPr="002205E2" w14:paraId="2F7120EF" w14:textId="77777777">
        <w:tc>
          <w:tcPr>
            <w:tcW w:w="8640" w:type="dxa"/>
          </w:tcPr>
          <w:p w14:paraId="34BC1B53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br/>
            </w:r>
            <w:r w:rsidRPr="002205E2">
              <w:rPr>
                <w:color w:val="000000" w:themeColor="text1"/>
              </w:rPr>
              <w:br/>
            </w:r>
          </w:p>
        </w:tc>
      </w:tr>
    </w:tbl>
    <w:p w14:paraId="22094C3D" w14:textId="77777777" w:rsidR="005714F9" w:rsidRPr="002205E2" w:rsidRDefault="005714F9">
      <w:pPr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2205E2" w:rsidRPr="002205E2" w14:paraId="7DDC5E0D" w14:textId="77777777">
        <w:tc>
          <w:tcPr>
            <w:tcW w:w="8640" w:type="dxa"/>
          </w:tcPr>
          <w:p w14:paraId="59BE8AB6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t>3. Mesleğiniz</w:t>
            </w:r>
          </w:p>
        </w:tc>
      </w:tr>
      <w:tr w:rsidR="00000000" w:rsidRPr="002205E2" w14:paraId="4C66544F" w14:textId="77777777">
        <w:tc>
          <w:tcPr>
            <w:tcW w:w="8640" w:type="dxa"/>
          </w:tcPr>
          <w:p w14:paraId="0A11152F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br/>
            </w:r>
            <w:r w:rsidRPr="002205E2">
              <w:rPr>
                <w:color w:val="000000" w:themeColor="text1"/>
              </w:rPr>
              <w:br/>
            </w:r>
          </w:p>
        </w:tc>
      </w:tr>
    </w:tbl>
    <w:p w14:paraId="0CBD494C" w14:textId="77777777" w:rsidR="005714F9" w:rsidRPr="002205E2" w:rsidRDefault="005714F9">
      <w:pPr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2205E2" w:rsidRPr="002205E2" w14:paraId="3D5342F1" w14:textId="77777777">
        <w:tc>
          <w:tcPr>
            <w:tcW w:w="8640" w:type="dxa"/>
          </w:tcPr>
          <w:p w14:paraId="54B19FFB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t>4. Yaş</w:t>
            </w:r>
          </w:p>
        </w:tc>
      </w:tr>
      <w:tr w:rsidR="00000000" w:rsidRPr="002205E2" w14:paraId="1938C294" w14:textId="77777777">
        <w:tc>
          <w:tcPr>
            <w:tcW w:w="8640" w:type="dxa"/>
          </w:tcPr>
          <w:p w14:paraId="3E3BDA76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br/>
            </w:r>
            <w:r w:rsidRPr="002205E2">
              <w:rPr>
                <w:color w:val="000000" w:themeColor="text1"/>
              </w:rPr>
              <w:br/>
            </w:r>
          </w:p>
        </w:tc>
      </w:tr>
    </w:tbl>
    <w:p w14:paraId="318D55D9" w14:textId="77777777" w:rsidR="005714F9" w:rsidRPr="002205E2" w:rsidRDefault="005714F9">
      <w:pPr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2205E2" w:rsidRPr="002205E2" w14:paraId="5FA22E6D" w14:textId="77777777">
        <w:tc>
          <w:tcPr>
            <w:tcW w:w="8640" w:type="dxa"/>
          </w:tcPr>
          <w:p w14:paraId="16233482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t>5. Kilo (Sabah aç karnına, hafif giysilerle ölçülmelidir)</w:t>
            </w:r>
          </w:p>
        </w:tc>
      </w:tr>
      <w:tr w:rsidR="00000000" w:rsidRPr="002205E2" w14:paraId="6DF52BBF" w14:textId="77777777">
        <w:tc>
          <w:tcPr>
            <w:tcW w:w="8640" w:type="dxa"/>
          </w:tcPr>
          <w:p w14:paraId="6BDBE536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br/>
            </w:r>
            <w:r w:rsidRPr="002205E2">
              <w:rPr>
                <w:color w:val="000000" w:themeColor="text1"/>
              </w:rPr>
              <w:br/>
            </w:r>
          </w:p>
        </w:tc>
      </w:tr>
    </w:tbl>
    <w:p w14:paraId="719C2436" w14:textId="77777777" w:rsidR="005714F9" w:rsidRPr="002205E2" w:rsidRDefault="005714F9">
      <w:pPr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2205E2" w:rsidRPr="002205E2" w14:paraId="689172DD" w14:textId="77777777">
        <w:tc>
          <w:tcPr>
            <w:tcW w:w="8640" w:type="dxa"/>
          </w:tcPr>
          <w:p w14:paraId="0E262621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t>6. Boy</w:t>
            </w:r>
          </w:p>
        </w:tc>
      </w:tr>
      <w:tr w:rsidR="00000000" w:rsidRPr="002205E2" w14:paraId="58DCC12E" w14:textId="77777777">
        <w:tc>
          <w:tcPr>
            <w:tcW w:w="8640" w:type="dxa"/>
          </w:tcPr>
          <w:p w14:paraId="2EF06EF0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br/>
            </w:r>
            <w:r w:rsidRPr="002205E2">
              <w:rPr>
                <w:color w:val="000000" w:themeColor="text1"/>
              </w:rPr>
              <w:br/>
            </w:r>
          </w:p>
        </w:tc>
      </w:tr>
    </w:tbl>
    <w:p w14:paraId="27EBF34E" w14:textId="77777777" w:rsidR="005714F9" w:rsidRPr="002205E2" w:rsidRDefault="005714F9">
      <w:pPr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2205E2" w:rsidRPr="002205E2" w14:paraId="6B7F26EB" w14:textId="77777777">
        <w:tc>
          <w:tcPr>
            <w:tcW w:w="8640" w:type="dxa"/>
          </w:tcPr>
          <w:p w14:paraId="21E1B8E6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t>7. Tanısı konulmuş hastalık var mı? Varsa belirtiniz.</w:t>
            </w:r>
          </w:p>
        </w:tc>
      </w:tr>
      <w:tr w:rsidR="00000000" w:rsidRPr="002205E2" w14:paraId="4282F7DC" w14:textId="77777777">
        <w:tc>
          <w:tcPr>
            <w:tcW w:w="8640" w:type="dxa"/>
          </w:tcPr>
          <w:p w14:paraId="0804FDA2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br/>
            </w:r>
            <w:r w:rsidRPr="002205E2">
              <w:rPr>
                <w:color w:val="000000" w:themeColor="text1"/>
              </w:rPr>
              <w:br/>
            </w:r>
          </w:p>
        </w:tc>
      </w:tr>
    </w:tbl>
    <w:p w14:paraId="356B7BC1" w14:textId="77777777" w:rsidR="005714F9" w:rsidRPr="002205E2" w:rsidRDefault="005714F9">
      <w:pPr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2205E2" w:rsidRPr="002205E2" w14:paraId="3A3F23CD" w14:textId="77777777">
        <w:tc>
          <w:tcPr>
            <w:tcW w:w="8640" w:type="dxa"/>
          </w:tcPr>
          <w:p w14:paraId="777763DE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lastRenderedPageBreak/>
              <w:t>8. Aile öyküsünde kronik hastalık var mı?</w:t>
            </w:r>
          </w:p>
        </w:tc>
      </w:tr>
      <w:tr w:rsidR="00000000" w:rsidRPr="002205E2" w14:paraId="6405B622" w14:textId="77777777">
        <w:tc>
          <w:tcPr>
            <w:tcW w:w="8640" w:type="dxa"/>
          </w:tcPr>
          <w:p w14:paraId="234D3562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br/>
            </w:r>
            <w:r w:rsidRPr="002205E2">
              <w:rPr>
                <w:color w:val="000000" w:themeColor="text1"/>
              </w:rPr>
              <w:br/>
            </w:r>
          </w:p>
        </w:tc>
      </w:tr>
    </w:tbl>
    <w:p w14:paraId="4A2925C5" w14:textId="77777777" w:rsidR="005714F9" w:rsidRPr="002205E2" w:rsidRDefault="005714F9">
      <w:pPr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2205E2" w:rsidRPr="002205E2" w14:paraId="79CC90DB" w14:textId="77777777">
        <w:tc>
          <w:tcPr>
            <w:tcW w:w="8640" w:type="dxa"/>
          </w:tcPr>
          <w:p w14:paraId="279AD43B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t>9. Kullanılan ilaçlar</w:t>
            </w:r>
          </w:p>
        </w:tc>
      </w:tr>
      <w:tr w:rsidR="00000000" w:rsidRPr="002205E2" w14:paraId="5CF087F9" w14:textId="77777777">
        <w:tc>
          <w:tcPr>
            <w:tcW w:w="8640" w:type="dxa"/>
          </w:tcPr>
          <w:p w14:paraId="37DE0EF4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br/>
            </w:r>
            <w:r w:rsidRPr="002205E2">
              <w:rPr>
                <w:color w:val="000000" w:themeColor="text1"/>
              </w:rPr>
              <w:br/>
            </w:r>
          </w:p>
        </w:tc>
      </w:tr>
    </w:tbl>
    <w:p w14:paraId="129D336D" w14:textId="77777777" w:rsidR="005714F9" w:rsidRPr="002205E2" w:rsidRDefault="005714F9">
      <w:pPr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2205E2" w:rsidRPr="002205E2" w14:paraId="7E702A47" w14:textId="77777777">
        <w:tc>
          <w:tcPr>
            <w:tcW w:w="8640" w:type="dxa"/>
          </w:tcPr>
          <w:p w14:paraId="33CA9984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t>10. Vitamin-mineral takviyeleri</w:t>
            </w:r>
          </w:p>
        </w:tc>
      </w:tr>
      <w:tr w:rsidR="00000000" w:rsidRPr="002205E2" w14:paraId="5CE95D98" w14:textId="77777777">
        <w:tc>
          <w:tcPr>
            <w:tcW w:w="8640" w:type="dxa"/>
          </w:tcPr>
          <w:p w14:paraId="3012D104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br/>
            </w:r>
            <w:r w:rsidRPr="002205E2">
              <w:rPr>
                <w:color w:val="000000" w:themeColor="text1"/>
              </w:rPr>
              <w:br/>
            </w:r>
          </w:p>
        </w:tc>
      </w:tr>
    </w:tbl>
    <w:p w14:paraId="7FB87392" w14:textId="77777777" w:rsidR="005714F9" w:rsidRPr="002205E2" w:rsidRDefault="005714F9">
      <w:pPr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2205E2" w:rsidRPr="002205E2" w14:paraId="650C6DD7" w14:textId="77777777">
        <w:tc>
          <w:tcPr>
            <w:tcW w:w="8640" w:type="dxa"/>
          </w:tcPr>
          <w:p w14:paraId="6236A2B2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t>11. Besin destekleri</w:t>
            </w:r>
          </w:p>
        </w:tc>
      </w:tr>
      <w:tr w:rsidR="00000000" w:rsidRPr="002205E2" w14:paraId="02002FB3" w14:textId="77777777">
        <w:tc>
          <w:tcPr>
            <w:tcW w:w="8640" w:type="dxa"/>
          </w:tcPr>
          <w:p w14:paraId="28DEAF84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br/>
            </w:r>
            <w:r w:rsidRPr="002205E2">
              <w:rPr>
                <w:color w:val="000000" w:themeColor="text1"/>
              </w:rPr>
              <w:br/>
            </w:r>
          </w:p>
        </w:tc>
      </w:tr>
    </w:tbl>
    <w:p w14:paraId="5C32AA36" w14:textId="77777777" w:rsidR="005714F9" w:rsidRPr="002205E2" w:rsidRDefault="005714F9">
      <w:pPr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2205E2" w:rsidRPr="002205E2" w14:paraId="3078A4C8" w14:textId="77777777">
        <w:tc>
          <w:tcPr>
            <w:tcW w:w="8640" w:type="dxa"/>
          </w:tcPr>
          <w:p w14:paraId="1EB8BEB3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t>12. Geçirilen ameliyat/işlem</w:t>
            </w:r>
          </w:p>
        </w:tc>
      </w:tr>
      <w:tr w:rsidR="00000000" w:rsidRPr="002205E2" w14:paraId="4E931FBC" w14:textId="77777777">
        <w:tc>
          <w:tcPr>
            <w:tcW w:w="8640" w:type="dxa"/>
          </w:tcPr>
          <w:p w14:paraId="1F5658A3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br/>
            </w:r>
            <w:r w:rsidRPr="002205E2">
              <w:rPr>
                <w:color w:val="000000" w:themeColor="text1"/>
              </w:rPr>
              <w:br/>
            </w:r>
          </w:p>
        </w:tc>
      </w:tr>
    </w:tbl>
    <w:p w14:paraId="7D3543D0" w14:textId="77777777" w:rsidR="005714F9" w:rsidRPr="002205E2" w:rsidRDefault="005714F9">
      <w:pPr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2205E2" w:rsidRPr="002205E2" w14:paraId="263F7232" w14:textId="77777777">
        <w:tc>
          <w:tcPr>
            <w:tcW w:w="8640" w:type="dxa"/>
          </w:tcPr>
          <w:p w14:paraId="7F777E91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t>13. Besin alerjileri</w:t>
            </w:r>
          </w:p>
        </w:tc>
      </w:tr>
      <w:tr w:rsidR="00000000" w:rsidRPr="002205E2" w14:paraId="5ECFA7D5" w14:textId="77777777">
        <w:tc>
          <w:tcPr>
            <w:tcW w:w="8640" w:type="dxa"/>
          </w:tcPr>
          <w:p w14:paraId="6B0CA2D5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br/>
            </w:r>
            <w:r w:rsidRPr="002205E2">
              <w:rPr>
                <w:color w:val="000000" w:themeColor="text1"/>
              </w:rPr>
              <w:br/>
            </w:r>
          </w:p>
        </w:tc>
      </w:tr>
    </w:tbl>
    <w:p w14:paraId="5F668A24" w14:textId="77777777" w:rsidR="005714F9" w:rsidRPr="002205E2" w:rsidRDefault="005714F9">
      <w:pPr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2205E2" w:rsidRPr="002205E2" w14:paraId="3B0F1F03" w14:textId="77777777">
        <w:tc>
          <w:tcPr>
            <w:tcW w:w="8640" w:type="dxa"/>
          </w:tcPr>
          <w:p w14:paraId="7BCE7944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t>14. Gıda intoleransı (gluten, laktoz vb.)</w:t>
            </w:r>
          </w:p>
        </w:tc>
      </w:tr>
      <w:tr w:rsidR="00000000" w:rsidRPr="002205E2" w14:paraId="128269F6" w14:textId="77777777">
        <w:tc>
          <w:tcPr>
            <w:tcW w:w="8640" w:type="dxa"/>
          </w:tcPr>
          <w:p w14:paraId="4E2592ED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br/>
            </w:r>
            <w:r w:rsidRPr="002205E2">
              <w:rPr>
                <w:color w:val="000000" w:themeColor="text1"/>
              </w:rPr>
              <w:br/>
            </w:r>
          </w:p>
        </w:tc>
      </w:tr>
    </w:tbl>
    <w:p w14:paraId="3027D05E" w14:textId="77777777" w:rsidR="005714F9" w:rsidRPr="002205E2" w:rsidRDefault="005714F9">
      <w:pPr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2205E2" w:rsidRPr="002205E2" w14:paraId="57C938C3" w14:textId="77777777">
        <w:tc>
          <w:tcPr>
            <w:tcW w:w="8640" w:type="dxa"/>
          </w:tcPr>
          <w:p w14:paraId="0271835D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t>15. İdrar söktürücü/laksatif/zayıflama ilacı/kusma öyküsü</w:t>
            </w:r>
          </w:p>
        </w:tc>
      </w:tr>
      <w:tr w:rsidR="002205E2" w:rsidRPr="002205E2" w14:paraId="7C5393AA" w14:textId="77777777">
        <w:tc>
          <w:tcPr>
            <w:tcW w:w="8640" w:type="dxa"/>
          </w:tcPr>
          <w:p w14:paraId="5D937099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br/>
            </w:r>
            <w:r w:rsidRPr="002205E2">
              <w:rPr>
                <w:color w:val="000000" w:themeColor="text1"/>
              </w:rPr>
              <w:br/>
            </w:r>
          </w:p>
        </w:tc>
      </w:tr>
    </w:tbl>
    <w:p w14:paraId="2D54EB27" w14:textId="77777777" w:rsidR="005714F9" w:rsidRPr="002205E2" w:rsidRDefault="005714F9">
      <w:pPr>
        <w:rPr>
          <w:color w:val="000000" w:themeColor="text1"/>
        </w:rPr>
      </w:pPr>
    </w:p>
    <w:p w14:paraId="7FE21108" w14:textId="77777777" w:rsidR="002205E2" w:rsidRPr="002205E2" w:rsidRDefault="002205E2">
      <w:pPr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2205E2" w:rsidRPr="002205E2" w14:paraId="5283ED06" w14:textId="77777777">
        <w:tc>
          <w:tcPr>
            <w:tcW w:w="8640" w:type="dxa"/>
          </w:tcPr>
          <w:p w14:paraId="2DCDFD87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lastRenderedPageBreak/>
              <w:t>16. (Kadınlar için) Regl döngüsü düzenli mi?</w:t>
            </w:r>
          </w:p>
        </w:tc>
      </w:tr>
      <w:tr w:rsidR="00000000" w:rsidRPr="002205E2" w14:paraId="7BA1ABEB" w14:textId="77777777">
        <w:tc>
          <w:tcPr>
            <w:tcW w:w="8640" w:type="dxa"/>
          </w:tcPr>
          <w:p w14:paraId="2A28D5E0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br/>
            </w:r>
            <w:r w:rsidRPr="002205E2">
              <w:rPr>
                <w:color w:val="000000" w:themeColor="text1"/>
              </w:rPr>
              <w:br/>
            </w:r>
          </w:p>
        </w:tc>
      </w:tr>
    </w:tbl>
    <w:p w14:paraId="044D4365" w14:textId="77777777" w:rsidR="005714F9" w:rsidRPr="002205E2" w:rsidRDefault="005714F9">
      <w:pPr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2205E2" w:rsidRPr="002205E2" w14:paraId="7FBE0926" w14:textId="77777777">
        <w:tc>
          <w:tcPr>
            <w:tcW w:w="8640" w:type="dxa"/>
          </w:tcPr>
          <w:p w14:paraId="231F3842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t>17. Uyku düzeni</w:t>
            </w:r>
          </w:p>
        </w:tc>
      </w:tr>
      <w:tr w:rsidR="00000000" w:rsidRPr="002205E2" w14:paraId="07A21387" w14:textId="77777777">
        <w:tc>
          <w:tcPr>
            <w:tcW w:w="8640" w:type="dxa"/>
          </w:tcPr>
          <w:p w14:paraId="3871FA74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br/>
            </w:r>
            <w:r w:rsidRPr="002205E2">
              <w:rPr>
                <w:color w:val="000000" w:themeColor="text1"/>
              </w:rPr>
              <w:br/>
            </w:r>
          </w:p>
        </w:tc>
      </w:tr>
    </w:tbl>
    <w:p w14:paraId="6FD3DE48" w14:textId="77777777" w:rsidR="005714F9" w:rsidRPr="002205E2" w:rsidRDefault="005714F9">
      <w:pPr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2205E2" w:rsidRPr="002205E2" w14:paraId="5533C895" w14:textId="77777777">
        <w:tc>
          <w:tcPr>
            <w:tcW w:w="8640" w:type="dxa"/>
          </w:tcPr>
          <w:p w14:paraId="2E0371DC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t>18. Sindirim sistemi problemleri</w:t>
            </w:r>
          </w:p>
        </w:tc>
      </w:tr>
      <w:tr w:rsidR="00000000" w:rsidRPr="002205E2" w14:paraId="0816FB59" w14:textId="77777777">
        <w:tc>
          <w:tcPr>
            <w:tcW w:w="8640" w:type="dxa"/>
          </w:tcPr>
          <w:p w14:paraId="3EA2D6CB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br/>
            </w:r>
            <w:r w:rsidRPr="002205E2">
              <w:rPr>
                <w:color w:val="000000" w:themeColor="text1"/>
              </w:rPr>
              <w:br/>
            </w:r>
          </w:p>
        </w:tc>
      </w:tr>
    </w:tbl>
    <w:p w14:paraId="74B53163" w14:textId="77777777" w:rsidR="005714F9" w:rsidRPr="002205E2" w:rsidRDefault="005714F9">
      <w:pPr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2205E2" w:rsidRPr="002205E2" w14:paraId="0B45074E" w14:textId="77777777">
        <w:tc>
          <w:tcPr>
            <w:tcW w:w="8640" w:type="dxa"/>
          </w:tcPr>
          <w:p w14:paraId="66349BAC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t>19. Sevmediğiniz yiyecekler</w:t>
            </w:r>
          </w:p>
        </w:tc>
      </w:tr>
      <w:tr w:rsidR="00000000" w:rsidRPr="002205E2" w14:paraId="1996190F" w14:textId="77777777">
        <w:tc>
          <w:tcPr>
            <w:tcW w:w="8640" w:type="dxa"/>
          </w:tcPr>
          <w:p w14:paraId="7235EB70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br/>
            </w:r>
            <w:r w:rsidRPr="002205E2">
              <w:rPr>
                <w:color w:val="000000" w:themeColor="text1"/>
              </w:rPr>
              <w:br/>
            </w:r>
          </w:p>
        </w:tc>
      </w:tr>
    </w:tbl>
    <w:p w14:paraId="2E4C012F" w14:textId="77777777" w:rsidR="005714F9" w:rsidRPr="002205E2" w:rsidRDefault="005714F9">
      <w:pPr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2205E2" w:rsidRPr="002205E2" w14:paraId="177284CD" w14:textId="77777777">
        <w:tc>
          <w:tcPr>
            <w:tcW w:w="8640" w:type="dxa"/>
          </w:tcPr>
          <w:p w14:paraId="34D62C69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t>20. Vazgeçilmez besinler</w:t>
            </w:r>
          </w:p>
        </w:tc>
      </w:tr>
      <w:tr w:rsidR="00000000" w:rsidRPr="002205E2" w14:paraId="5B2B6AFA" w14:textId="77777777">
        <w:tc>
          <w:tcPr>
            <w:tcW w:w="8640" w:type="dxa"/>
          </w:tcPr>
          <w:p w14:paraId="1F5D58FB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br/>
            </w:r>
            <w:r w:rsidRPr="002205E2">
              <w:rPr>
                <w:color w:val="000000" w:themeColor="text1"/>
              </w:rPr>
              <w:br/>
            </w:r>
          </w:p>
        </w:tc>
      </w:tr>
    </w:tbl>
    <w:p w14:paraId="2BB3D1D6" w14:textId="77777777" w:rsidR="005714F9" w:rsidRPr="002205E2" w:rsidRDefault="005714F9">
      <w:pPr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2205E2" w:rsidRPr="002205E2" w14:paraId="249C2BC5" w14:textId="77777777">
        <w:tc>
          <w:tcPr>
            <w:tcW w:w="8640" w:type="dxa"/>
          </w:tcPr>
          <w:p w14:paraId="2C85D07E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t>21. Fiziksel aktivite durumu</w:t>
            </w:r>
          </w:p>
        </w:tc>
      </w:tr>
      <w:tr w:rsidR="00000000" w:rsidRPr="002205E2" w14:paraId="609C089C" w14:textId="77777777">
        <w:tc>
          <w:tcPr>
            <w:tcW w:w="8640" w:type="dxa"/>
          </w:tcPr>
          <w:p w14:paraId="1647EEAC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br/>
            </w:r>
            <w:r w:rsidRPr="002205E2">
              <w:rPr>
                <w:color w:val="000000" w:themeColor="text1"/>
              </w:rPr>
              <w:br/>
            </w:r>
          </w:p>
        </w:tc>
      </w:tr>
    </w:tbl>
    <w:p w14:paraId="5D03377D" w14:textId="77777777" w:rsidR="005714F9" w:rsidRPr="002205E2" w:rsidRDefault="005714F9">
      <w:pPr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2205E2" w:rsidRPr="002205E2" w14:paraId="19862E1E" w14:textId="77777777">
        <w:tc>
          <w:tcPr>
            <w:tcW w:w="8640" w:type="dxa"/>
          </w:tcPr>
          <w:p w14:paraId="5F74A90D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t>22. Son 6 ayda kan tahlili yapıldı mı?</w:t>
            </w:r>
          </w:p>
        </w:tc>
      </w:tr>
      <w:tr w:rsidR="002205E2" w:rsidRPr="002205E2" w14:paraId="6C91BFF7" w14:textId="77777777">
        <w:tc>
          <w:tcPr>
            <w:tcW w:w="8640" w:type="dxa"/>
          </w:tcPr>
          <w:p w14:paraId="4BA3F8EF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br/>
            </w:r>
            <w:r w:rsidRPr="002205E2">
              <w:rPr>
                <w:color w:val="000000" w:themeColor="text1"/>
              </w:rPr>
              <w:br/>
            </w:r>
          </w:p>
        </w:tc>
      </w:tr>
    </w:tbl>
    <w:p w14:paraId="2E7E4A16" w14:textId="77777777" w:rsidR="005714F9" w:rsidRPr="002205E2" w:rsidRDefault="005714F9">
      <w:pPr>
        <w:rPr>
          <w:color w:val="000000" w:themeColor="text1"/>
        </w:rPr>
      </w:pPr>
    </w:p>
    <w:p w14:paraId="64B2FF1E" w14:textId="77777777" w:rsidR="00AD64DC" w:rsidRPr="002205E2" w:rsidRDefault="00AD64DC">
      <w:pPr>
        <w:rPr>
          <w:color w:val="000000" w:themeColor="text1"/>
        </w:rPr>
      </w:pPr>
    </w:p>
    <w:p w14:paraId="2AE1B057" w14:textId="77777777" w:rsidR="00AD64DC" w:rsidRPr="002205E2" w:rsidRDefault="00AD64DC">
      <w:pPr>
        <w:rPr>
          <w:color w:val="000000" w:themeColor="text1"/>
        </w:rPr>
      </w:pPr>
    </w:p>
    <w:p w14:paraId="0AEBABEC" w14:textId="77777777" w:rsidR="002205E2" w:rsidRPr="002205E2" w:rsidRDefault="002205E2">
      <w:pPr>
        <w:rPr>
          <w:color w:val="000000" w:themeColor="text1"/>
        </w:rPr>
      </w:pPr>
    </w:p>
    <w:p w14:paraId="3DED0249" w14:textId="77777777" w:rsidR="005714F9" w:rsidRPr="002205E2" w:rsidRDefault="00000000">
      <w:pPr>
        <w:pStyle w:val="Heading2"/>
        <w:rPr>
          <w:color w:val="000000" w:themeColor="text1"/>
        </w:rPr>
      </w:pPr>
      <w:r w:rsidRPr="002205E2">
        <w:rPr>
          <w:color w:val="000000" w:themeColor="text1"/>
        </w:rPr>
        <w:lastRenderedPageBreak/>
        <w:t>Besin Tüketim Alışkanlığı (1 Günlük)</w:t>
      </w:r>
    </w:p>
    <w:p w14:paraId="624411A6" w14:textId="77777777" w:rsidR="00AD64DC" w:rsidRPr="002205E2" w:rsidRDefault="00AD64DC" w:rsidP="00AD64DC">
      <w:pPr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2205E2" w:rsidRPr="002205E2" w14:paraId="14485835" w14:textId="77777777">
        <w:tc>
          <w:tcPr>
            <w:tcW w:w="8640" w:type="dxa"/>
          </w:tcPr>
          <w:p w14:paraId="487D919F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t>23. Kahvaltı (İçerik ve miktar belirtiniz)</w:t>
            </w:r>
          </w:p>
        </w:tc>
      </w:tr>
      <w:tr w:rsidR="00000000" w:rsidRPr="002205E2" w14:paraId="7FA02548" w14:textId="77777777">
        <w:tc>
          <w:tcPr>
            <w:tcW w:w="8640" w:type="dxa"/>
          </w:tcPr>
          <w:p w14:paraId="366C9BC2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br/>
            </w:r>
            <w:r w:rsidRPr="002205E2">
              <w:rPr>
                <w:color w:val="000000" w:themeColor="text1"/>
              </w:rPr>
              <w:br/>
            </w:r>
          </w:p>
        </w:tc>
      </w:tr>
    </w:tbl>
    <w:p w14:paraId="3DC34A1F" w14:textId="77777777" w:rsidR="005714F9" w:rsidRPr="002205E2" w:rsidRDefault="005714F9">
      <w:pPr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2205E2" w:rsidRPr="002205E2" w14:paraId="68C49091" w14:textId="77777777">
        <w:tc>
          <w:tcPr>
            <w:tcW w:w="8640" w:type="dxa"/>
          </w:tcPr>
          <w:p w14:paraId="07FF509F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t>24. 1. Ara Öğün</w:t>
            </w:r>
          </w:p>
        </w:tc>
      </w:tr>
      <w:tr w:rsidR="00000000" w:rsidRPr="002205E2" w14:paraId="6CDF847F" w14:textId="77777777">
        <w:tc>
          <w:tcPr>
            <w:tcW w:w="8640" w:type="dxa"/>
          </w:tcPr>
          <w:p w14:paraId="57EAFC57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br/>
            </w:r>
            <w:r w:rsidRPr="002205E2">
              <w:rPr>
                <w:color w:val="000000" w:themeColor="text1"/>
              </w:rPr>
              <w:br/>
            </w:r>
          </w:p>
        </w:tc>
      </w:tr>
    </w:tbl>
    <w:p w14:paraId="55EAF5BF" w14:textId="77777777" w:rsidR="005714F9" w:rsidRPr="002205E2" w:rsidRDefault="005714F9">
      <w:pPr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2205E2" w:rsidRPr="002205E2" w14:paraId="575861AC" w14:textId="77777777">
        <w:tc>
          <w:tcPr>
            <w:tcW w:w="8640" w:type="dxa"/>
          </w:tcPr>
          <w:p w14:paraId="31E272BC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t>25. Öğle</w:t>
            </w:r>
          </w:p>
        </w:tc>
      </w:tr>
      <w:tr w:rsidR="00000000" w:rsidRPr="002205E2" w14:paraId="6B159A74" w14:textId="77777777">
        <w:tc>
          <w:tcPr>
            <w:tcW w:w="8640" w:type="dxa"/>
          </w:tcPr>
          <w:p w14:paraId="74A7F958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br/>
            </w:r>
            <w:r w:rsidRPr="002205E2">
              <w:rPr>
                <w:color w:val="000000" w:themeColor="text1"/>
              </w:rPr>
              <w:br/>
            </w:r>
          </w:p>
        </w:tc>
      </w:tr>
    </w:tbl>
    <w:p w14:paraId="36D34D27" w14:textId="77777777" w:rsidR="005714F9" w:rsidRPr="002205E2" w:rsidRDefault="005714F9">
      <w:pPr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2205E2" w:rsidRPr="002205E2" w14:paraId="3249E856" w14:textId="77777777">
        <w:tc>
          <w:tcPr>
            <w:tcW w:w="8640" w:type="dxa"/>
          </w:tcPr>
          <w:p w14:paraId="63439221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t>26. 2. Ara Öğün</w:t>
            </w:r>
          </w:p>
        </w:tc>
      </w:tr>
      <w:tr w:rsidR="00000000" w:rsidRPr="002205E2" w14:paraId="67C71F52" w14:textId="77777777">
        <w:tc>
          <w:tcPr>
            <w:tcW w:w="8640" w:type="dxa"/>
          </w:tcPr>
          <w:p w14:paraId="5862F7BE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br/>
            </w:r>
            <w:r w:rsidRPr="002205E2">
              <w:rPr>
                <w:color w:val="000000" w:themeColor="text1"/>
              </w:rPr>
              <w:br/>
            </w:r>
          </w:p>
        </w:tc>
      </w:tr>
    </w:tbl>
    <w:p w14:paraId="5D096AD3" w14:textId="77777777" w:rsidR="005714F9" w:rsidRPr="002205E2" w:rsidRDefault="005714F9">
      <w:pPr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2205E2" w:rsidRPr="002205E2" w14:paraId="2981282A" w14:textId="77777777">
        <w:tc>
          <w:tcPr>
            <w:tcW w:w="8640" w:type="dxa"/>
          </w:tcPr>
          <w:p w14:paraId="4D53F8EB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t>27. Akşam</w:t>
            </w:r>
          </w:p>
        </w:tc>
      </w:tr>
      <w:tr w:rsidR="00000000" w:rsidRPr="002205E2" w14:paraId="0D1AFBCE" w14:textId="77777777">
        <w:tc>
          <w:tcPr>
            <w:tcW w:w="8640" w:type="dxa"/>
          </w:tcPr>
          <w:p w14:paraId="5AEE9019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br/>
            </w:r>
            <w:r w:rsidRPr="002205E2">
              <w:rPr>
                <w:color w:val="000000" w:themeColor="text1"/>
              </w:rPr>
              <w:br/>
            </w:r>
          </w:p>
        </w:tc>
      </w:tr>
    </w:tbl>
    <w:p w14:paraId="5F3AD6D1" w14:textId="77777777" w:rsidR="005714F9" w:rsidRPr="002205E2" w:rsidRDefault="005714F9">
      <w:pPr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2205E2" w:rsidRPr="002205E2" w14:paraId="674F1B4E" w14:textId="77777777">
        <w:tc>
          <w:tcPr>
            <w:tcW w:w="8640" w:type="dxa"/>
          </w:tcPr>
          <w:p w14:paraId="6F4FE69E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t>28. 3. Ara Öğün</w:t>
            </w:r>
          </w:p>
        </w:tc>
      </w:tr>
      <w:tr w:rsidR="002205E2" w:rsidRPr="002205E2" w14:paraId="4364C3EA" w14:textId="77777777">
        <w:tc>
          <w:tcPr>
            <w:tcW w:w="8640" w:type="dxa"/>
          </w:tcPr>
          <w:p w14:paraId="60D76C5B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br/>
            </w:r>
            <w:r w:rsidRPr="002205E2">
              <w:rPr>
                <w:color w:val="000000" w:themeColor="text1"/>
              </w:rPr>
              <w:br/>
            </w:r>
          </w:p>
        </w:tc>
      </w:tr>
    </w:tbl>
    <w:p w14:paraId="0BBCAE38" w14:textId="77777777" w:rsidR="005714F9" w:rsidRPr="002205E2" w:rsidRDefault="005714F9">
      <w:pPr>
        <w:rPr>
          <w:color w:val="000000" w:themeColor="text1"/>
        </w:rPr>
      </w:pPr>
    </w:p>
    <w:p w14:paraId="2B6C4511" w14:textId="77777777" w:rsidR="00AD64DC" w:rsidRPr="002205E2" w:rsidRDefault="00AD64DC">
      <w:pPr>
        <w:rPr>
          <w:color w:val="000000" w:themeColor="text1"/>
        </w:rPr>
      </w:pPr>
    </w:p>
    <w:p w14:paraId="3A078E46" w14:textId="77777777" w:rsidR="00AD64DC" w:rsidRPr="002205E2" w:rsidRDefault="00AD64DC">
      <w:pPr>
        <w:rPr>
          <w:color w:val="000000" w:themeColor="text1"/>
        </w:rPr>
      </w:pPr>
    </w:p>
    <w:p w14:paraId="7DDBD1C5" w14:textId="77777777" w:rsidR="00AD64DC" w:rsidRPr="002205E2" w:rsidRDefault="00AD64DC">
      <w:pPr>
        <w:rPr>
          <w:color w:val="000000" w:themeColor="text1"/>
        </w:rPr>
      </w:pPr>
    </w:p>
    <w:p w14:paraId="5504ECE1" w14:textId="77777777" w:rsidR="00AD64DC" w:rsidRPr="002205E2" w:rsidRDefault="00AD64DC">
      <w:pPr>
        <w:rPr>
          <w:color w:val="000000" w:themeColor="text1"/>
        </w:rPr>
      </w:pPr>
    </w:p>
    <w:p w14:paraId="5CD22B3F" w14:textId="77777777" w:rsidR="00AD64DC" w:rsidRPr="002205E2" w:rsidRDefault="00AD64DC">
      <w:pPr>
        <w:rPr>
          <w:color w:val="000000" w:themeColor="text1"/>
        </w:rPr>
      </w:pPr>
    </w:p>
    <w:p w14:paraId="60745563" w14:textId="77777777" w:rsidR="005714F9" w:rsidRPr="002205E2" w:rsidRDefault="00000000">
      <w:pPr>
        <w:pStyle w:val="Heading2"/>
        <w:rPr>
          <w:color w:val="000000" w:themeColor="text1"/>
        </w:rPr>
      </w:pPr>
      <w:proofErr w:type="spellStart"/>
      <w:r w:rsidRPr="002205E2">
        <w:rPr>
          <w:color w:val="000000" w:themeColor="text1"/>
        </w:rPr>
        <w:lastRenderedPageBreak/>
        <w:t>Alışkanlıklar</w:t>
      </w:r>
      <w:proofErr w:type="spellEnd"/>
      <w:r w:rsidRPr="002205E2">
        <w:rPr>
          <w:color w:val="000000" w:themeColor="text1"/>
        </w:rPr>
        <w:t xml:space="preserve"> </w:t>
      </w:r>
      <w:proofErr w:type="spellStart"/>
      <w:r w:rsidRPr="002205E2">
        <w:rPr>
          <w:color w:val="000000" w:themeColor="text1"/>
        </w:rPr>
        <w:t>ve</w:t>
      </w:r>
      <w:proofErr w:type="spellEnd"/>
      <w:r w:rsidRPr="002205E2">
        <w:rPr>
          <w:color w:val="000000" w:themeColor="text1"/>
        </w:rPr>
        <w:t xml:space="preserve"> </w:t>
      </w:r>
      <w:proofErr w:type="spellStart"/>
      <w:r w:rsidRPr="002205E2">
        <w:rPr>
          <w:color w:val="000000" w:themeColor="text1"/>
        </w:rPr>
        <w:t>Sıvı</w:t>
      </w:r>
      <w:proofErr w:type="spellEnd"/>
      <w:r w:rsidRPr="002205E2">
        <w:rPr>
          <w:color w:val="000000" w:themeColor="text1"/>
        </w:rPr>
        <w:t xml:space="preserve"> </w:t>
      </w:r>
      <w:proofErr w:type="spellStart"/>
      <w:r w:rsidRPr="002205E2">
        <w:rPr>
          <w:color w:val="000000" w:themeColor="text1"/>
        </w:rPr>
        <w:t>Tüketimi</w:t>
      </w:r>
      <w:proofErr w:type="spellEnd"/>
    </w:p>
    <w:p w14:paraId="612E542C" w14:textId="77777777" w:rsidR="00AD64DC" w:rsidRPr="002205E2" w:rsidRDefault="00AD64DC" w:rsidP="00AD64DC">
      <w:pPr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2205E2" w:rsidRPr="002205E2" w14:paraId="1A0F77B7" w14:textId="77777777">
        <w:tc>
          <w:tcPr>
            <w:tcW w:w="8640" w:type="dxa"/>
          </w:tcPr>
          <w:p w14:paraId="69FC95E6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t>29. Atıştırma alışkanlığı</w:t>
            </w:r>
          </w:p>
        </w:tc>
      </w:tr>
      <w:tr w:rsidR="00000000" w:rsidRPr="002205E2" w14:paraId="1B4C4D6A" w14:textId="77777777">
        <w:tc>
          <w:tcPr>
            <w:tcW w:w="8640" w:type="dxa"/>
          </w:tcPr>
          <w:p w14:paraId="5E70752E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br/>
            </w:r>
            <w:r w:rsidRPr="002205E2">
              <w:rPr>
                <w:color w:val="000000" w:themeColor="text1"/>
              </w:rPr>
              <w:br/>
            </w:r>
          </w:p>
        </w:tc>
      </w:tr>
    </w:tbl>
    <w:p w14:paraId="59429DF8" w14:textId="77777777" w:rsidR="005714F9" w:rsidRPr="002205E2" w:rsidRDefault="005714F9">
      <w:pPr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2205E2" w:rsidRPr="002205E2" w14:paraId="4FAD96DD" w14:textId="77777777">
        <w:tc>
          <w:tcPr>
            <w:tcW w:w="8640" w:type="dxa"/>
          </w:tcPr>
          <w:p w14:paraId="6BB3115A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t>30. Günlük su tüketimi (litre)</w:t>
            </w:r>
          </w:p>
        </w:tc>
      </w:tr>
      <w:tr w:rsidR="00000000" w:rsidRPr="002205E2" w14:paraId="725D9019" w14:textId="77777777">
        <w:tc>
          <w:tcPr>
            <w:tcW w:w="8640" w:type="dxa"/>
          </w:tcPr>
          <w:p w14:paraId="51818F26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br/>
            </w:r>
            <w:r w:rsidRPr="002205E2">
              <w:rPr>
                <w:color w:val="000000" w:themeColor="text1"/>
              </w:rPr>
              <w:br/>
            </w:r>
          </w:p>
        </w:tc>
      </w:tr>
    </w:tbl>
    <w:p w14:paraId="0A6E137C" w14:textId="77777777" w:rsidR="005714F9" w:rsidRPr="002205E2" w:rsidRDefault="005714F9">
      <w:pPr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2205E2" w:rsidRPr="002205E2" w14:paraId="3B687BF0" w14:textId="77777777">
        <w:tc>
          <w:tcPr>
            <w:tcW w:w="8640" w:type="dxa"/>
          </w:tcPr>
          <w:p w14:paraId="3BEE2E06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t>31. Gazlı içecek tüketimi (sıklık ve miktar)</w:t>
            </w:r>
          </w:p>
        </w:tc>
      </w:tr>
      <w:tr w:rsidR="00000000" w:rsidRPr="002205E2" w14:paraId="48709529" w14:textId="77777777">
        <w:tc>
          <w:tcPr>
            <w:tcW w:w="8640" w:type="dxa"/>
          </w:tcPr>
          <w:p w14:paraId="32678546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br/>
            </w:r>
            <w:r w:rsidRPr="002205E2">
              <w:rPr>
                <w:color w:val="000000" w:themeColor="text1"/>
              </w:rPr>
              <w:br/>
            </w:r>
          </w:p>
        </w:tc>
      </w:tr>
    </w:tbl>
    <w:p w14:paraId="221731B8" w14:textId="77777777" w:rsidR="005714F9" w:rsidRPr="002205E2" w:rsidRDefault="005714F9">
      <w:pPr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2205E2" w:rsidRPr="002205E2" w14:paraId="67B1893E" w14:textId="77777777">
        <w:tc>
          <w:tcPr>
            <w:tcW w:w="8640" w:type="dxa"/>
          </w:tcPr>
          <w:p w14:paraId="6EDB21EE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t>32. Çay/Kahve tüketimi (şeker/tatlandırıcı durumu)</w:t>
            </w:r>
          </w:p>
        </w:tc>
      </w:tr>
      <w:tr w:rsidR="00000000" w:rsidRPr="002205E2" w14:paraId="6F46A39C" w14:textId="77777777">
        <w:tc>
          <w:tcPr>
            <w:tcW w:w="8640" w:type="dxa"/>
          </w:tcPr>
          <w:p w14:paraId="20EAEB03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br/>
            </w:r>
            <w:r w:rsidRPr="002205E2">
              <w:rPr>
                <w:color w:val="000000" w:themeColor="text1"/>
              </w:rPr>
              <w:br/>
            </w:r>
          </w:p>
        </w:tc>
      </w:tr>
    </w:tbl>
    <w:p w14:paraId="03FF897E" w14:textId="77777777" w:rsidR="005714F9" w:rsidRPr="002205E2" w:rsidRDefault="005714F9">
      <w:pPr>
        <w:rPr>
          <w:color w:val="000000" w:themeColor="text1"/>
        </w:rPr>
      </w:pPr>
    </w:p>
    <w:p w14:paraId="7D4A56F3" w14:textId="77777777" w:rsidR="005714F9" w:rsidRPr="002205E2" w:rsidRDefault="00000000">
      <w:pPr>
        <w:pStyle w:val="Heading2"/>
        <w:rPr>
          <w:color w:val="000000" w:themeColor="text1"/>
        </w:rPr>
      </w:pPr>
      <w:r w:rsidRPr="002205E2">
        <w:rPr>
          <w:color w:val="000000" w:themeColor="text1"/>
        </w:rPr>
        <w:t>İletişim Bilgileri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2205E2" w:rsidRPr="002205E2" w14:paraId="3B7C75EF" w14:textId="77777777">
        <w:tc>
          <w:tcPr>
            <w:tcW w:w="8640" w:type="dxa"/>
          </w:tcPr>
          <w:p w14:paraId="27F6A09D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t>Telefon Numarası</w:t>
            </w:r>
          </w:p>
        </w:tc>
      </w:tr>
      <w:tr w:rsidR="00000000" w:rsidRPr="002205E2" w14:paraId="18B2B8B7" w14:textId="77777777">
        <w:tc>
          <w:tcPr>
            <w:tcW w:w="8640" w:type="dxa"/>
          </w:tcPr>
          <w:p w14:paraId="30C535EE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br/>
            </w:r>
            <w:r w:rsidRPr="002205E2">
              <w:rPr>
                <w:color w:val="000000" w:themeColor="text1"/>
              </w:rPr>
              <w:br/>
            </w:r>
          </w:p>
        </w:tc>
      </w:tr>
    </w:tbl>
    <w:p w14:paraId="1B650260" w14:textId="77777777" w:rsidR="005714F9" w:rsidRPr="002205E2" w:rsidRDefault="005714F9">
      <w:pPr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2205E2" w:rsidRPr="002205E2" w14:paraId="0C319C0B" w14:textId="77777777">
        <w:tc>
          <w:tcPr>
            <w:tcW w:w="8640" w:type="dxa"/>
          </w:tcPr>
          <w:p w14:paraId="0D18D1B4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t>E-posta Adresi</w:t>
            </w:r>
          </w:p>
        </w:tc>
      </w:tr>
      <w:tr w:rsidR="00000000" w:rsidRPr="002205E2" w14:paraId="27FB4102" w14:textId="77777777">
        <w:tc>
          <w:tcPr>
            <w:tcW w:w="8640" w:type="dxa"/>
          </w:tcPr>
          <w:p w14:paraId="663C0791" w14:textId="77777777" w:rsidR="005714F9" w:rsidRPr="002205E2" w:rsidRDefault="00000000">
            <w:pPr>
              <w:rPr>
                <w:color w:val="000000" w:themeColor="text1"/>
              </w:rPr>
            </w:pPr>
            <w:r w:rsidRPr="002205E2">
              <w:rPr>
                <w:color w:val="000000" w:themeColor="text1"/>
              </w:rPr>
              <w:br/>
            </w:r>
            <w:r w:rsidRPr="002205E2">
              <w:rPr>
                <w:color w:val="000000" w:themeColor="text1"/>
              </w:rPr>
              <w:br/>
            </w:r>
          </w:p>
        </w:tc>
      </w:tr>
    </w:tbl>
    <w:p w14:paraId="6CF9C2D0" w14:textId="77777777" w:rsidR="005714F9" w:rsidRPr="002205E2" w:rsidRDefault="005714F9">
      <w:pPr>
        <w:rPr>
          <w:color w:val="000000" w:themeColor="text1"/>
        </w:rPr>
      </w:pPr>
    </w:p>
    <w:sectPr w:rsidR="005714F9" w:rsidRPr="002205E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46414311">
    <w:abstractNumId w:val="8"/>
  </w:num>
  <w:num w:numId="2" w16cid:durableId="239296345">
    <w:abstractNumId w:val="6"/>
  </w:num>
  <w:num w:numId="3" w16cid:durableId="246960197">
    <w:abstractNumId w:val="5"/>
  </w:num>
  <w:num w:numId="4" w16cid:durableId="2142529737">
    <w:abstractNumId w:val="4"/>
  </w:num>
  <w:num w:numId="5" w16cid:durableId="1992366661">
    <w:abstractNumId w:val="7"/>
  </w:num>
  <w:num w:numId="6" w16cid:durableId="1971200665">
    <w:abstractNumId w:val="3"/>
  </w:num>
  <w:num w:numId="7" w16cid:durableId="229467325">
    <w:abstractNumId w:val="2"/>
  </w:num>
  <w:num w:numId="8" w16cid:durableId="2043625568">
    <w:abstractNumId w:val="1"/>
  </w:num>
  <w:num w:numId="9" w16cid:durableId="1191340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205E2"/>
    <w:rsid w:val="0029639D"/>
    <w:rsid w:val="00326F90"/>
    <w:rsid w:val="004465F7"/>
    <w:rsid w:val="005714F9"/>
    <w:rsid w:val="00AA1D8D"/>
    <w:rsid w:val="00AD64DC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643E563"/>
  <w14:defaultImageDpi w14:val="300"/>
  <w15:docId w15:val="{CE9F7420-3F4A-4E44-B0D5-63137CE9E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PRONT GROUP</cp:lastModifiedBy>
  <cp:revision>2</cp:revision>
  <dcterms:created xsi:type="dcterms:W3CDTF">2026-02-11T13:30:00Z</dcterms:created>
  <dcterms:modified xsi:type="dcterms:W3CDTF">2026-02-11T13:30:00Z</dcterms:modified>
  <cp:category/>
</cp:coreProperties>
</file>