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14D88" w14:textId="77777777" w:rsidR="006424A2" w:rsidRPr="004B6ADC" w:rsidRDefault="00000000" w:rsidP="005E3974">
      <w:pPr>
        <w:pStyle w:val="Heading1"/>
        <w:spacing w:line="360" w:lineRule="auto"/>
        <w:jc w:val="center"/>
        <w:rPr>
          <w:lang w:val="tr-TR"/>
        </w:rPr>
      </w:pPr>
      <w:r w:rsidRPr="004B6ADC">
        <w:rPr>
          <w:lang w:val="tr-TR"/>
        </w:rPr>
        <w:t>DİYETİSYEN PINAR ÖNER</w:t>
      </w:r>
    </w:p>
    <w:p w14:paraId="0A18320E" w14:textId="28A0E585" w:rsidR="006424A2" w:rsidRPr="004B6ADC" w:rsidRDefault="00000000" w:rsidP="005E3974">
      <w:pPr>
        <w:spacing w:line="360" w:lineRule="auto"/>
        <w:jc w:val="center"/>
        <w:rPr>
          <w:lang w:val="tr-TR"/>
        </w:rPr>
      </w:pPr>
      <w:r w:rsidRPr="004B6ADC">
        <w:rPr>
          <w:lang w:val="tr-TR"/>
        </w:rPr>
        <w:t>KAN TAHLİLİ İSTEK FORMU</w:t>
      </w:r>
      <w:r w:rsidRPr="004B6ADC">
        <w:rPr>
          <w:lang w:val="tr-TR"/>
        </w:rPr>
        <w:br/>
      </w:r>
    </w:p>
    <w:p w14:paraId="5D4504F2" w14:textId="44310BDD" w:rsidR="006424A2" w:rsidRPr="004B6ADC" w:rsidRDefault="00000000" w:rsidP="005E3974">
      <w:pPr>
        <w:spacing w:line="360" w:lineRule="auto"/>
        <w:jc w:val="both"/>
        <w:rPr>
          <w:lang w:val="tr-TR"/>
        </w:rPr>
      </w:pPr>
      <w:r w:rsidRPr="004B6ADC">
        <w:rPr>
          <w:lang w:val="tr-TR"/>
        </w:rPr>
        <w:t>Bu form, danışanların beslenme değerlendirmesi sürecinde gerekli görülen kan tahlillerinin düzenli şekilde talep edilmesi amacıyla hazırlanmıştır.</w:t>
      </w:r>
      <w:r w:rsidR="004B6ADC" w:rsidRPr="004B6ADC">
        <w:rPr>
          <w:lang w:val="tr-TR"/>
        </w:rPr>
        <w:tab/>
      </w:r>
      <w:r w:rsidR="004B6ADC">
        <w:rPr>
          <w:lang w:val="tr-TR"/>
        </w:rPr>
        <w:br/>
      </w:r>
      <w:r w:rsidRPr="004B6ADC">
        <w:rPr>
          <w:lang w:val="tr-TR"/>
        </w:rPr>
        <w:br/>
        <w:t>Tetkiklerinizi aile hekiminizde veya herhangi bir sağlık kuruluşunda yaptırabilirsiniz.</w:t>
      </w:r>
      <w:r w:rsidRPr="004B6ADC">
        <w:rPr>
          <w:lang w:val="tr-TR"/>
        </w:rPr>
        <w:br/>
      </w:r>
    </w:p>
    <w:p w14:paraId="3BDBAB28" w14:textId="77777777" w:rsidR="006424A2" w:rsidRPr="004B6ADC" w:rsidRDefault="00000000">
      <w:pPr>
        <w:rPr>
          <w:lang w:val="tr-TR"/>
        </w:rPr>
      </w:pPr>
      <w:r w:rsidRPr="004B6ADC">
        <w:rPr>
          <w:lang w:val="tr-TR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6424A2" w:rsidRPr="004B6ADC" w14:paraId="1777111C" w14:textId="77777777">
        <w:trPr>
          <w:jc w:val="center"/>
        </w:trPr>
        <w:tc>
          <w:tcPr>
            <w:tcW w:w="4320" w:type="dxa"/>
          </w:tcPr>
          <w:p w14:paraId="7541DEF1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Hemoglobin (</w:t>
            </w:r>
            <w:proofErr w:type="spellStart"/>
            <w:r w:rsidRPr="004B6ADC">
              <w:rPr>
                <w:lang w:val="tr-TR"/>
              </w:rPr>
              <w:t>Hb</w:t>
            </w:r>
            <w:proofErr w:type="spellEnd"/>
            <w:r w:rsidRPr="004B6ADC">
              <w:rPr>
                <w:lang w:val="tr-TR"/>
              </w:rPr>
              <w:t>)</w:t>
            </w:r>
          </w:p>
        </w:tc>
        <w:tc>
          <w:tcPr>
            <w:tcW w:w="4320" w:type="dxa"/>
          </w:tcPr>
          <w:p w14:paraId="7B12B357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HbA1C</w:t>
            </w:r>
          </w:p>
        </w:tc>
      </w:tr>
      <w:tr w:rsidR="006424A2" w:rsidRPr="004B6ADC" w14:paraId="5AB6F258" w14:textId="77777777">
        <w:trPr>
          <w:jc w:val="center"/>
        </w:trPr>
        <w:tc>
          <w:tcPr>
            <w:tcW w:w="4320" w:type="dxa"/>
          </w:tcPr>
          <w:p w14:paraId="4DD8266E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Hematokrit (</w:t>
            </w:r>
            <w:proofErr w:type="spellStart"/>
            <w:r w:rsidRPr="004B6ADC">
              <w:rPr>
                <w:lang w:val="tr-TR"/>
              </w:rPr>
              <w:t>Hct</w:t>
            </w:r>
            <w:proofErr w:type="spellEnd"/>
            <w:r w:rsidRPr="004B6ADC">
              <w:rPr>
                <w:lang w:val="tr-TR"/>
              </w:rPr>
              <w:t>)</w:t>
            </w:r>
          </w:p>
        </w:tc>
        <w:tc>
          <w:tcPr>
            <w:tcW w:w="4320" w:type="dxa"/>
          </w:tcPr>
          <w:p w14:paraId="784719D5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TSH</w:t>
            </w:r>
          </w:p>
        </w:tc>
      </w:tr>
      <w:tr w:rsidR="006424A2" w:rsidRPr="004B6ADC" w14:paraId="06A689E1" w14:textId="77777777">
        <w:trPr>
          <w:jc w:val="center"/>
        </w:trPr>
        <w:tc>
          <w:tcPr>
            <w:tcW w:w="4320" w:type="dxa"/>
          </w:tcPr>
          <w:p w14:paraId="377BFE73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LDH (Laktat Dehidrogenaz)</w:t>
            </w:r>
          </w:p>
        </w:tc>
        <w:tc>
          <w:tcPr>
            <w:tcW w:w="4320" w:type="dxa"/>
          </w:tcPr>
          <w:p w14:paraId="2ADD4B82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T3</w:t>
            </w:r>
          </w:p>
        </w:tc>
      </w:tr>
      <w:tr w:rsidR="006424A2" w:rsidRPr="004B6ADC" w14:paraId="3093CC5B" w14:textId="77777777">
        <w:trPr>
          <w:jc w:val="center"/>
        </w:trPr>
        <w:tc>
          <w:tcPr>
            <w:tcW w:w="4320" w:type="dxa"/>
          </w:tcPr>
          <w:p w14:paraId="3E043370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Total Protein</w:t>
            </w:r>
          </w:p>
        </w:tc>
        <w:tc>
          <w:tcPr>
            <w:tcW w:w="4320" w:type="dxa"/>
          </w:tcPr>
          <w:p w14:paraId="42361A17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T4</w:t>
            </w:r>
          </w:p>
        </w:tc>
      </w:tr>
      <w:tr w:rsidR="006424A2" w:rsidRPr="004B6ADC" w14:paraId="403438E6" w14:textId="77777777">
        <w:trPr>
          <w:jc w:val="center"/>
        </w:trPr>
        <w:tc>
          <w:tcPr>
            <w:tcW w:w="4320" w:type="dxa"/>
          </w:tcPr>
          <w:p w14:paraId="31139D65" w14:textId="77777777" w:rsidR="006424A2" w:rsidRPr="004B6ADC" w:rsidRDefault="00000000">
            <w:pPr>
              <w:rPr>
                <w:lang w:val="tr-TR"/>
              </w:rPr>
            </w:pPr>
            <w:proofErr w:type="spellStart"/>
            <w:r w:rsidRPr="004B6ADC">
              <w:rPr>
                <w:lang w:val="tr-TR"/>
              </w:rPr>
              <w:t>Albumin</w:t>
            </w:r>
            <w:proofErr w:type="spellEnd"/>
          </w:p>
        </w:tc>
        <w:tc>
          <w:tcPr>
            <w:tcW w:w="4320" w:type="dxa"/>
          </w:tcPr>
          <w:p w14:paraId="5889F977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Sodyum</w:t>
            </w:r>
          </w:p>
        </w:tc>
      </w:tr>
      <w:tr w:rsidR="006424A2" w:rsidRPr="004B6ADC" w14:paraId="7B151851" w14:textId="77777777">
        <w:trPr>
          <w:jc w:val="center"/>
        </w:trPr>
        <w:tc>
          <w:tcPr>
            <w:tcW w:w="4320" w:type="dxa"/>
          </w:tcPr>
          <w:p w14:paraId="2E77B442" w14:textId="77777777" w:rsidR="006424A2" w:rsidRPr="004B6ADC" w:rsidRDefault="00000000">
            <w:pPr>
              <w:rPr>
                <w:lang w:val="tr-TR"/>
              </w:rPr>
            </w:pPr>
            <w:proofErr w:type="spellStart"/>
            <w:r w:rsidRPr="004B6ADC">
              <w:rPr>
                <w:lang w:val="tr-TR"/>
              </w:rPr>
              <w:t>Prealbumin</w:t>
            </w:r>
            <w:proofErr w:type="spellEnd"/>
          </w:p>
        </w:tc>
        <w:tc>
          <w:tcPr>
            <w:tcW w:w="4320" w:type="dxa"/>
          </w:tcPr>
          <w:p w14:paraId="414B269C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Potasyum</w:t>
            </w:r>
          </w:p>
        </w:tc>
      </w:tr>
      <w:tr w:rsidR="006424A2" w:rsidRPr="004B6ADC" w14:paraId="0C1EB8E4" w14:textId="77777777">
        <w:trPr>
          <w:jc w:val="center"/>
        </w:trPr>
        <w:tc>
          <w:tcPr>
            <w:tcW w:w="4320" w:type="dxa"/>
          </w:tcPr>
          <w:p w14:paraId="7352DFF9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BUN</w:t>
            </w:r>
          </w:p>
        </w:tc>
        <w:tc>
          <w:tcPr>
            <w:tcW w:w="4320" w:type="dxa"/>
          </w:tcPr>
          <w:p w14:paraId="4D6739BC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Kalsiyum</w:t>
            </w:r>
          </w:p>
        </w:tc>
      </w:tr>
      <w:tr w:rsidR="006424A2" w:rsidRPr="004B6ADC" w14:paraId="13E1D534" w14:textId="77777777">
        <w:trPr>
          <w:jc w:val="center"/>
        </w:trPr>
        <w:tc>
          <w:tcPr>
            <w:tcW w:w="4320" w:type="dxa"/>
          </w:tcPr>
          <w:p w14:paraId="11A7C345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Kreatinin</w:t>
            </w:r>
          </w:p>
        </w:tc>
        <w:tc>
          <w:tcPr>
            <w:tcW w:w="4320" w:type="dxa"/>
          </w:tcPr>
          <w:p w14:paraId="6BFAE9A2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Fosfor</w:t>
            </w:r>
          </w:p>
        </w:tc>
      </w:tr>
      <w:tr w:rsidR="006424A2" w:rsidRPr="004B6ADC" w14:paraId="03A03A09" w14:textId="77777777">
        <w:trPr>
          <w:jc w:val="center"/>
        </w:trPr>
        <w:tc>
          <w:tcPr>
            <w:tcW w:w="4320" w:type="dxa"/>
          </w:tcPr>
          <w:p w14:paraId="59BCEE33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Ürik Asit</w:t>
            </w:r>
          </w:p>
        </w:tc>
        <w:tc>
          <w:tcPr>
            <w:tcW w:w="4320" w:type="dxa"/>
          </w:tcPr>
          <w:p w14:paraId="400B1137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ALT</w:t>
            </w:r>
          </w:p>
        </w:tc>
      </w:tr>
      <w:tr w:rsidR="006424A2" w:rsidRPr="004B6ADC" w14:paraId="543B8681" w14:textId="77777777">
        <w:trPr>
          <w:jc w:val="center"/>
        </w:trPr>
        <w:tc>
          <w:tcPr>
            <w:tcW w:w="4320" w:type="dxa"/>
          </w:tcPr>
          <w:p w14:paraId="34DF1096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Total Kolesterol</w:t>
            </w:r>
          </w:p>
        </w:tc>
        <w:tc>
          <w:tcPr>
            <w:tcW w:w="4320" w:type="dxa"/>
          </w:tcPr>
          <w:p w14:paraId="6C8C0F80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AST</w:t>
            </w:r>
          </w:p>
        </w:tc>
      </w:tr>
      <w:tr w:rsidR="006424A2" w:rsidRPr="004B6ADC" w14:paraId="1BD24A84" w14:textId="77777777">
        <w:trPr>
          <w:jc w:val="center"/>
        </w:trPr>
        <w:tc>
          <w:tcPr>
            <w:tcW w:w="4320" w:type="dxa"/>
          </w:tcPr>
          <w:p w14:paraId="0AA3D703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HDL Kolesterol</w:t>
            </w:r>
          </w:p>
        </w:tc>
        <w:tc>
          <w:tcPr>
            <w:tcW w:w="4320" w:type="dxa"/>
          </w:tcPr>
          <w:p w14:paraId="4A7C40E4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 xml:space="preserve">Total </w:t>
            </w:r>
            <w:proofErr w:type="spellStart"/>
            <w:r w:rsidRPr="004B6ADC">
              <w:rPr>
                <w:lang w:val="tr-TR"/>
              </w:rPr>
              <w:t>Bilirubin</w:t>
            </w:r>
            <w:proofErr w:type="spellEnd"/>
          </w:p>
        </w:tc>
      </w:tr>
      <w:tr w:rsidR="006424A2" w:rsidRPr="004B6ADC" w14:paraId="451F9AD5" w14:textId="77777777">
        <w:trPr>
          <w:jc w:val="center"/>
        </w:trPr>
        <w:tc>
          <w:tcPr>
            <w:tcW w:w="4320" w:type="dxa"/>
          </w:tcPr>
          <w:p w14:paraId="6D815BB4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LDL Kolesterol</w:t>
            </w:r>
          </w:p>
        </w:tc>
        <w:tc>
          <w:tcPr>
            <w:tcW w:w="4320" w:type="dxa"/>
          </w:tcPr>
          <w:p w14:paraId="16A7F99C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 xml:space="preserve">Direkt </w:t>
            </w:r>
            <w:proofErr w:type="spellStart"/>
            <w:r w:rsidRPr="004B6ADC">
              <w:rPr>
                <w:lang w:val="tr-TR"/>
              </w:rPr>
              <w:t>Bilirubin</w:t>
            </w:r>
            <w:proofErr w:type="spellEnd"/>
          </w:p>
        </w:tc>
      </w:tr>
      <w:tr w:rsidR="006424A2" w:rsidRPr="004B6ADC" w14:paraId="2F9C8932" w14:textId="77777777">
        <w:trPr>
          <w:jc w:val="center"/>
        </w:trPr>
        <w:tc>
          <w:tcPr>
            <w:tcW w:w="4320" w:type="dxa"/>
          </w:tcPr>
          <w:p w14:paraId="6883A9F4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VLDL Kolesterol</w:t>
            </w:r>
          </w:p>
        </w:tc>
        <w:tc>
          <w:tcPr>
            <w:tcW w:w="4320" w:type="dxa"/>
          </w:tcPr>
          <w:p w14:paraId="1E1BE7E9" w14:textId="77777777" w:rsidR="006424A2" w:rsidRPr="004B6ADC" w:rsidRDefault="00000000">
            <w:pPr>
              <w:rPr>
                <w:lang w:val="tr-TR"/>
              </w:rPr>
            </w:pPr>
            <w:proofErr w:type="spellStart"/>
            <w:r w:rsidRPr="004B6ADC">
              <w:rPr>
                <w:lang w:val="tr-TR"/>
              </w:rPr>
              <w:t>Ferritin</w:t>
            </w:r>
            <w:proofErr w:type="spellEnd"/>
          </w:p>
        </w:tc>
      </w:tr>
      <w:tr w:rsidR="006424A2" w:rsidRPr="004B6ADC" w14:paraId="0B357169" w14:textId="77777777">
        <w:trPr>
          <w:jc w:val="center"/>
        </w:trPr>
        <w:tc>
          <w:tcPr>
            <w:tcW w:w="4320" w:type="dxa"/>
          </w:tcPr>
          <w:p w14:paraId="23481BCE" w14:textId="77777777" w:rsidR="006424A2" w:rsidRPr="004B6ADC" w:rsidRDefault="00000000">
            <w:pPr>
              <w:rPr>
                <w:lang w:val="tr-TR"/>
              </w:rPr>
            </w:pPr>
            <w:proofErr w:type="spellStart"/>
            <w:r w:rsidRPr="004B6ADC">
              <w:rPr>
                <w:lang w:val="tr-TR"/>
              </w:rPr>
              <w:t>Trigliserid</w:t>
            </w:r>
            <w:proofErr w:type="spellEnd"/>
          </w:p>
        </w:tc>
        <w:tc>
          <w:tcPr>
            <w:tcW w:w="4320" w:type="dxa"/>
          </w:tcPr>
          <w:p w14:paraId="205F831B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Demir</w:t>
            </w:r>
          </w:p>
        </w:tc>
      </w:tr>
      <w:tr w:rsidR="006424A2" w:rsidRPr="004B6ADC" w14:paraId="6DB55C6D" w14:textId="77777777">
        <w:trPr>
          <w:jc w:val="center"/>
        </w:trPr>
        <w:tc>
          <w:tcPr>
            <w:tcW w:w="4320" w:type="dxa"/>
          </w:tcPr>
          <w:p w14:paraId="1C4C9161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CRP</w:t>
            </w:r>
          </w:p>
        </w:tc>
        <w:tc>
          <w:tcPr>
            <w:tcW w:w="4320" w:type="dxa"/>
          </w:tcPr>
          <w:p w14:paraId="4071ED9C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Selenyum</w:t>
            </w:r>
          </w:p>
        </w:tc>
      </w:tr>
      <w:tr w:rsidR="006424A2" w:rsidRPr="004B6ADC" w14:paraId="256B5D29" w14:textId="77777777">
        <w:trPr>
          <w:jc w:val="center"/>
        </w:trPr>
        <w:tc>
          <w:tcPr>
            <w:tcW w:w="4320" w:type="dxa"/>
          </w:tcPr>
          <w:p w14:paraId="61A7AADF" w14:textId="77777777" w:rsidR="006424A2" w:rsidRPr="004B6ADC" w:rsidRDefault="00000000">
            <w:pPr>
              <w:rPr>
                <w:lang w:val="tr-TR"/>
              </w:rPr>
            </w:pPr>
            <w:proofErr w:type="spellStart"/>
            <w:r w:rsidRPr="004B6ADC">
              <w:rPr>
                <w:lang w:val="tr-TR"/>
              </w:rPr>
              <w:t>Homosistein</w:t>
            </w:r>
            <w:proofErr w:type="spellEnd"/>
          </w:p>
        </w:tc>
        <w:tc>
          <w:tcPr>
            <w:tcW w:w="4320" w:type="dxa"/>
          </w:tcPr>
          <w:p w14:paraId="78530ECA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Çinko</w:t>
            </w:r>
          </w:p>
        </w:tc>
      </w:tr>
      <w:tr w:rsidR="006424A2" w:rsidRPr="004B6ADC" w14:paraId="3AB7C9CA" w14:textId="77777777">
        <w:trPr>
          <w:jc w:val="center"/>
        </w:trPr>
        <w:tc>
          <w:tcPr>
            <w:tcW w:w="4320" w:type="dxa"/>
          </w:tcPr>
          <w:p w14:paraId="22E1B873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lastRenderedPageBreak/>
              <w:t>B12 Vitamini</w:t>
            </w:r>
          </w:p>
        </w:tc>
        <w:tc>
          <w:tcPr>
            <w:tcW w:w="4320" w:type="dxa"/>
          </w:tcPr>
          <w:p w14:paraId="486DE35A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Magnezyum</w:t>
            </w:r>
          </w:p>
        </w:tc>
      </w:tr>
      <w:tr w:rsidR="006424A2" w:rsidRPr="004B6ADC" w14:paraId="435A9D23" w14:textId="77777777">
        <w:trPr>
          <w:jc w:val="center"/>
        </w:trPr>
        <w:tc>
          <w:tcPr>
            <w:tcW w:w="4320" w:type="dxa"/>
          </w:tcPr>
          <w:p w14:paraId="37C518E9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Folik Asit</w:t>
            </w:r>
          </w:p>
        </w:tc>
        <w:tc>
          <w:tcPr>
            <w:tcW w:w="4320" w:type="dxa"/>
          </w:tcPr>
          <w:p w14:paraId="1F5963E9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D Vitamini</w:t>
            </w:r>
          </w:p>
        </w:tc>
      </w:tr>
      <w:tr w:rsidR="006424A2" w:rsidRPr="004B6ADC" w14:paraId="28E4E2E7" w14:textId="77777777">
        <w:trPr>
          <w:jc w:val="center"/>
        </w:trPr>
        <w:tc>
          <w:tcPr>
            <w:tcW w:w="4320" w:type="dxa"/>
          </w:tcPr>
          <w:p w14:paraId="064B2A19" w14:textId="77777777" w:rsidR="006424A2" w:rsidRPr="004B6ADC" w:rsidRDefault="00000000">
            <w:pPr>
              <w:rPr>
                <w:lang w:val="tr-TR"/>
              </w:rPr>
            </w:pPr>
            <w:r w:rsidRPr="004B6ADC">
              <w:rPr>
                <w:lang w:val="tr-TR"/>
              </w:rPr>
              <w:t>Glikoz</w:t>
            </w:r>
          </w:p>
        </w:tc>
        <w:tc>
          <w:tcPr>
            <w:tcW w:w="4320" w:type="dxa"/>
          </w:tcPr>
          <w:p w14:paraId="0C9AC785" w14:textId="77777777" w:rsidR="006424A2" w:rsidRPr="004B6ADC" w:rsidRDefault="006424A2">
            <w:pPr>
              <w:rPr>
                <w:lang w:val="tr-TR"/>
              </w:rPr>
            </w:pPr>
          </w:p>
        </w:tc>
      </w:tr>
    </w:tbl>
    <w:p w14:paraId="6FE18A7D" w14:textId="77777777" w:rsidR="006424A2" w:rsidRPr="004B6ADC" w:rsidRDefault="00000000">
      <w:pPr>
        <w:rPr>
          <w:lang w:val="tr-TR"/>
        </w:rPr>
      </w:pPr>
      <w:r w:rsidRPr="004B6ADC">
        <w:rPr>
          <w:lang w:val="tr-TR"/>
        </w:rPr>
        <w:br/>
      </w:r>
    </w:p>
    <w:p w14:paraId="3A8ABDB2" w14:textId="77777777" w:rsidR="006424A2" w:rsidRPr="004B6ADC" w:rsidRDefault="00000000">
      <w:pPr>
        <w:rPr>
          <w:lang w:val="tr-TR"/>
        </w:rPr>
      </w:pPr>
      <w:r w:rsidRPr="004B6ADC">
        <w:rPr>
          <w:lang w:val="tr-TR"/>
        </w:rPr>
        <w:t>Danışan Adı Soyadı: ____________________________</w:t>
      </w:r>
    </w:p>
    <w:p w14:paraId="779C18DF" w14:textId="77777777" w:rsidR="006424A2" w:rsidRPr="004B6ADC" w:rsidRDefault="00000000">
      <w:pPr>
        <w:rPr>
          <w:lang w:val="tr-TR"/>
        </w:rPr>
      </w:pPr>
      <w:r w:rsidRPr="004B6ADC">
        <w:rPr>
          <w:lang w:val="tr-TR"/>
        </w:rPr>
        <w:t>Tarih: ____ / ____ / ______</w:t>
      </w:r>
    </w:p>
    <w:p w14:paraId="3A732098" w14:textId="77777777" w:rsidR="006424A2" w:rsidRPr="004B6ADC" w:rsidRDefault="00000000">
      <w:pPr>
        <w:rPr>
          <w:lang w:val="tr-TR"/>
        </w:rPr>
      </w:pPr>
      <w:r w:rsidRPr="004B6ADC">
        <w:rPr>
          <w:lang w:val="tr-TR"/>
        </w:rPr>
        <w:t>İmza: ____________________________</w:t>
      </w:r>
    </w:p>
    <w:sectPr w:rsidR="006424A2" w:rsidRPr="004B6AD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9793797">
    <w:abstractNumId w:val="8"/>
  </w:num>
  <w:num w:numId="2" w16cid:durableId="1920288874">
    <w:abstractNumId w:val="6"/>
  </w:num>
  <w:num w:numId="3" w16cid:durableId="2096124503">
    <w:abstractNumId w:val="5"/>
  </w:num>
  <w:num w:numId="4" w16cid:durableId="1220819246">
    <w:abstractNumId w:val="4"/>
  </w:num>
  <w:num w:numId="5" w16cid:durableId="483667489">
    <w:abstractNumId w:val="7"/>
  </w:num>
  <w:num w:numId="6" w16cid:durableId="621810756">
    <w:abstractNumId w:val="3"/>
  </w:num>
  <w:num w:numId="7" w16cid:durableId="1926956332">
    <w:abstractNumId w:val="2"/>
  </w:num>
  <w:num w:numId="8" w16cid:durableId="1109162352">
    <w:abstractNumId w:val="1"/>
  </w:num>
  <w:num w:numId="9" w16cid:durableId="839388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518F"/>
    <w:rsid w:val="0015074B"/>
    <w:rsid w:val="0029639D"/>
    <w:rsid w:val="00326F90"/>
    <w:rsid w:val="004B6ADC"/>
    <w:rsid w:val="005E3974"/>
    <w:rsid w:val="006424A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DE1BDAF"/>
  <w14:defaultImageDpi w14:val="300"/>
  <w15:docId w15:val="{12DA7FC0-4907-BF43-8241-4464BA6A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PRONT GROUP</cp:lastModifiedBy>
  <cp:revision>3</cp:revision>
  <dcterms:created xsi:type="dcterms:W3CDTF">2013-12-23T23:15:00Z</dcterms:created>
  <dcterms:modified xsi:type="dcterms:W3CDTF">2026-03-01T18:43:00Z</dcterms:modified>
  <cp:category/>
</cp:coreProperties>
</file>